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NÉLIO MIGUEL DA SILVA,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45-C GLEBA 09 P.I.C. IPOCYSSARA - Sebastiao, Município de Cacoal/RO,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NÉLIO MIGUEL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