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Ministro Andreazza/RO, interessado(a) no processo de regularização ambiental referente ao imóvel "LOTE 32-A GLEBA 02 P.I.C. IPOCYSSARA - Jairo Jose",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