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Ministro Andreazza/RO, vem, respeitosamente, à presença de Vossas Senhorias, solicitar a ANÁLISE E APROVAÇÃO do Cadastro Ambiental Rural — CAR referente ao imóvel rural denominado "LOTE 32-A GLEBA 02 P.I.C. IPOCYSSARA - Jairo Jose" localizado no município de Ministro Andreazza/RO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