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32-A GLEBA 02 P.I.C. IPOCYSSARA - Jairo Jose",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