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28-A1 GLEBA 02 P.I.C. IPOCYSSARA - Luiz Vanderlei",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