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06 (REM.) GLEBA 05 P.I.C. IPOCYSSARA - Paulo Pedro",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