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62 (REM.) GLEBA 10 P.I.C. IPOCYSSARA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