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CANCELAMENTO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, inscrito(a) no CPF sob o nº , proprietário(a) do imóvel rural denominado "LOTE 64 GLEBA 10 P.I.C. IPOCYSSARA - Regina", localizado em Cacoal/Rondônia, requer o CANCELAMENTO do CAR cadastrado pelos seguintes motivos: (descrever o motivo — ex.: duplicidade de inscrição, venda do imóvel, erro cadastral, etc.).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de titularidade do imóvel;</w:t>
        <w:br/>
        <w:t>III — Justificativa do cancelamento (se necessário, declaração ou laudo técnico).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Requerente</w:t>
      </w:r>
    </w:p>
    <w:p>
      <w:r>
        <w:t>Domicílio: Cacoal/Rondônia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