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 (REM.) GLEBA 10 P.I.C. IPOCYSSARA - Juarez, Município de Cacoal/Rondônia,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