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48A GLEBA 10 - Jose Adao,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