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48A GLEBA 10 -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