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ADÃO,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34B(REM) GLEBA 09 - Lt48Agl10 Jose Adao, Município de Cacoal/RO, de propriedade/posse do(s) OUTORGANTE(S).</w:t>
      </w:r>
    </w:p>
    <w:p/>
    <w:p>
      <w:pPr>
        <w:jc w:val="right"/>
      </w:pPr>
      <w:r>
        <w:t>Cacoal/RO, 12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ADÃO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