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34B(REM) GLEBA 09 - Lt48Agl10 Jose Adao"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