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brasileiro(a), casado(a), lavrador, portador(a) do RG nº 29613481974.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34-B1-A, da Gleba 09, CASTRO ALVES DO SETOR, 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