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MANOEL DA SILVA,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 (REM.) GLEBA 09 P.I.C. IPOCYSSARA,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MANOEL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