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07-C GLEBA 09 P.I.C. IPOCYSSARA - Marinete Oliveira"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