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07-D GLEBA 09 P.I.C. IPOCYSSARA - Cleide Aparecida,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