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ESPIGÃO D'OESTE,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200, GLEBA 21,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Espigão D'Oeste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11.813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55,8449 ha (cinquenta e cinco hectares, oitenta e quatro ares e quarenta e nove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Espigão D'Oeste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51,0103 ha (cinquenta e um hectares, um ares e três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46800df7-c605-4d2f-91a5-b7d80c9bf421</w:t>
      </w:r>
      <w:r>
        <w:rPr>
          <w:b w:val="0"/>
          <w:sz w:val="24"/>
        </w:rPr>
        <w:t xml:space="preserve"> (Código do Imóvel Rural nº 001.104.114.235-0), para tal trabalho fora recolhida a Anotação de Responsabilidade Técnica (ART) nº </w:t>
      </w:r>
      <w:r>
        <w:rPr>
          <w:b/>
          <w:sz w:val="24"/>
        </w:rPr>
        <w:t>2320258500406001-RO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202, Gleba 21, Setor Espigão D'Oeste, separados pela estrada vicinal da linha 38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Gleba Castro Alves, Setor Espigão D'Oeste, separados pela estrada vicinal da linha 38; e Lote 198, Gleba 21, Setor Espigão D'Oeste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198, Gleba 21, Setor Espigão D'Oeste, separados pela linha 36-A; e Lote 201, Gleba 21, Setor Espigão D'Oeste, separados pela linha 36-A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201, Gleba 21, Setor Espigão D'Oeste, separados pela linha 36-A; e Lote 202, Gleba 21, Setor Espigão D'Oeste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Estrada Vicinal Linha-38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202 Gleba 21, Setor Espigão do Oeste, Gleba Castro Alves (Mat. 985 — CNS 09.577-8)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Área de Posse — Lote 201 Gleba 21, Setor Espigão do Oeste, Gleba Castro Alves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198 Gleba 21, Setor Espigão do Oeste, Gleba Castro Alves (Mat. 985 — CNS 09.577-8)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202, Gleba 21, Setor Espigão D'Oeste, separados pela estrada vicinal da linha 38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Estrada Vicinal Linha-38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Gleba Castro Alves, Setor Espigão D'Oeste, separados pela estrada vicinal da linha 38; e Lote 198, Gleba 21, Setor Espigão D'Oeste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202 Gleba 21, Setor Espigão do Oeste, Gleba Castro Alves (Mat. 985 — CNS 09.577-8)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198, Gleba 21, Setor Espigão D'Oeste, separados pela linha 36-A; e Lote 201, Gleba 21, Setor Espigão D'Oeste, separados pela linha 36-A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Área de Posse — Lote 201 Gleba 21, Setor Espigão do Oeste, Gleba Castro Alves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201, Gleba 21, Setor Espigão D'Oeste, separados pela linha 36-A; e Lote 202, Gleba 21, Setor Espigão D'Oeste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198 Gleba 21, Setor Espigão do Oeste, Gleba Castro Alves (Mat. 985 — CNS 09.577-8)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4,8346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8,66%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Espigão D'Oeste/RO, 17 de setembro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