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136 da Gleba 03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Gleba Castro Alves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157 da Gleba 03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202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52F da Gleba 05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201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HONÓRIO LINO FERREIRA</w:t>
      </w:r>
      <w:r>
        <w:rPr>
          <w:b w:val="0"/>
          <w:sz w:val="24"/>
        </w:rPr>
        <w:t>, brasileiro, casado no regime de Comunhão Parcial de Bens, na vigência da Lei nº 6.515/77, agricultor, portador do CI.RG nº 067.822/MS, inscrito no CPF/MF nº 174.361.501-97, filho de __________ e __________, residente e domiciliado na Estrada Pacarana, Km 80, Espigão do Oeste/RO,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202, GLEBA 21, S.T. ESPIGÃO DO OESTE,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do 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Ofício de Registro de Imóveis de Espigão do 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985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49,5615 ha (quarenta e nove hectares, cinquenta e seis ares e quinze centiares)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HONÓRIO LINO FERREIRA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[NOME DO CÔNJUGE — PREENCHER]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Proprietário(a)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153 da Gleba 03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198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CICERO ACIOLI DA SILVA e MARLEIDE FERREIRA GOMES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Espigão D'Oeste/RO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001.104.114.235-0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2320258500406001-RO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