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ACIOLI DA SILVA, brasileiro, casado(a), agricultor, inscrito(a) no CPF nº 516.283.922-15, portador(a) do RG nº 699920 SSP/RO,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MARLEIDE FERREIRA GOMES DA SILVA, brasileira, casado(a), agricultora, inscrito(a) no CPF nº 845.160.542-72, portador(a) do RG nº 1664233 SESDEC/RO, residente e domiciliado(a) em Linha 09, Lote 18, Gleba 09,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200, GLEBA 21, P.F. CORUMBIARA, Setor Lacerda E Almeida, Município de Espigão D'Oeste/Rondônia, código INCRA/SNCR nº 001.104.114.235-0, matrícula nº 11.813, de propriedade/posse do(s) OUTORGANTE(S).</w:t>
      </w:r>
    </w:p>
    <w:p/>
    <w:p>
      <w:pPr>
        <w:jc w:val="right"/>
      </w:pPr>
      <w:r>
        <w:t>Espigão D'Oeste/RO,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ACIOLI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MARLEIDE FERREIRA GOMES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