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CICERO ACIOLI DA SILVA, inscrito no CPF sob o nº 516.283.922-15, titular do imóvel rural "LOTE 200, GLEBA 21,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CICERO ACIOLI DA SILVA</w:t>
      </w:r>
    </w:p>
    <w:p>
      <w:r>
        <w:t>CPF: 516.283.922-15</w:t>
      </w:r>
    </w:p>
    <w:p>
      <w:r>
        <w:t>Domicílio: Espigão D'Oeste/Rondônia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