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CICERO ACIOLI DA SILVA, inscrito no CPF sob o nº 516.283.922-15, proprietário do imóvel rural denominado "LOTE 200, GLEBA 21, P.F. CORUMBIARA", com área de 51.0103 hectares, localizado no município de Espigão D'Oeste/Rondônia,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CICERO ACIOLI DA SILVA</w:t>
      </w:r>
    </w:p>
    <w:p>
      <w:r>
        <w:t>CPF: 516.283.922-15</w:t>
      </w:r>
    </w:p>
    <w:p>
      <w:r>
        <w:t>Domicílio: Espigão D'Oeste/Rondônia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