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07 GLEBA 10 GY-PARANÁ - Joao",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