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Rolim De Moura - Paulo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