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Rolim De Moura - Paul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