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248 GLEBA 24 ESPIGÃO D'OESTE - Joao Cora",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