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25-A GLEBA 07 - Ademar Pavani Sao Felipe"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