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JOAO CHAGAS,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46 GLEBA 06 - Joao Chagas, Município de Cacoal/RO,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JOAO CHAGAS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