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AO CHAGA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6 GLEBA 06 - Joao Chagas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AO CHAG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