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JOAO CHAGAS,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46 GLEBA 06 - Joao Chagas, Município de Cacoal/RO, de propriedade/posse do(s) OUTORGANTE(S).</w:t>
      </w:r>
    </w:p>
    <w:p/>
    <w:p>
      <w:pPr>
        <w:jc w:val="right"/>
      </w:pPr>
      <w:r>
        <w:t>Cacoal/RO, 14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JOAO CHAGAS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