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46 GLEBA 06 - Joao Chagas",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