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O CHAGA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6 GLEBA 06 - Joao Chagas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O CHAG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