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68 GLEBA 07 GY-PARANÁ - Gilmar",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5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