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26-27 GLEBA 03 P.I.C. IPOCYSSARA - Simone Dr Celso",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