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1770387,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683997,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1315023, residente e domiciliado(a) em Rua Tucunaré, 271, Bairro Novo Urupá,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760170, residente e domiciliado(a) em Rua Cedro,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Setor IPOCYSSARA (Castro Alves), Município de Ministro Andreazza/Rondônia,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