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LUIZ PEREIRA DAS NEVES, brasileiro, solteiro(a), agricultor, inscrito(a) no CPF nº 294.099.692-04, portador(a) do RG nº 707.985-SSP-RO,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DAYANA SERAFIM NERES, brasileira, solteiro(a), agricultora, inscrito(a) no CPF nº 000.469.962-90, portador(a) do RG nº 1.770.387-SESDEC-RO,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VANDERLEI PEREIRA NEVES, brasileiro, solteiro(a), agricultor, inscrito(a) no CPF nº 794.617.432-20, portador(a) do RG nº 683.997-SSP-RO,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ROSELI PEREIRA DAS NEVES SÁ, brasileira, viuvo(a), agricultora, inscrito(a) no CPF nº 858.808.412-00, portador(a) do RG nº 1.315.023-SESDEC-RO, residente e domiciliado(a) em Rua Tucunaré, nº 271, Bairro Novo Urupá, Ji-Paraná-RO (endereço de 2014 — confirmar).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ROSA DAS NEVES FIGUEREDO, brasileira, viuvo(a), agricultora, inscrito(a) no CPF nº 340.996.462-20, portador(a) do RG nº 365.894-SESP-RO,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 AUGUSTO FIGUEREDO, brasileiro, casado(a), agricultor, inscrito(a) no CPF nº 638.990.602-10, portador(a) do RG nº 654.485-SSP-RO,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ZENILDA FIGUEIREDO MARIANO, brasileira, casado(a), agricultora, inscrito(a) no CPF nº 817.820.202-68, portador(a) do RG nº 779.948-SSP-RO,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JUAREZ AUGUSTO FIGUEIREDO, brasileiro, solteiro(a), agricultor, inscrito(a) no CPF nº 664.639.202-15, portador(a) do RG nº 760.170-SESDEC-RO, residente e domiciliado(a) em Rua Cedro, nº 1.730, Bairro Nova Brasília, Ji-Paraná-RO.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56, GLEBA 03, SETOR IPOCYSSARA, PROJETO FUNDIÁRIO CORUMBIARA, Ministro Andreazza, Rondônia, Município de Ministro Andreazza/RO, código INCRA/SNCR nº 001.040.056.642-4, CIB/NIRF nº 39794520, matrícula nº 8.960, de propriedade/posse do(s) OUTORGANTE(S).</w:t>
      </w:r>
    </w:p>
    <w:p/>
    <w:p>
      <w:pPr>
        <w:jc w:val="right"/>
      </w:pPr>
      <w:r>
        <w:t>Ministro Andreazza/RO, 30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LUIZ PEREIRA DAS NEVES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DAYANA SERAFIM NERES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VANDERLEI PEREIRA NEVES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ROSELI PEREIRA DAS NEVES SÁ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ROSA DAS NEVES FIGUEREDO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 AUGUSTO FIGUEREDO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ZENILDA FIGUEIREDO MARIANO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JUAREZ AUGUSTO FIGUEIREDO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