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PEDRO AUGUSTO FIGUEREDO, inscrito no CPF sob o nº 638.990.602-10, residente em Ministro Andreazza/Rondônia, interessado no processo de regularização ambiental referente ao imóvel "LOTE 56, GLEBA 03, S.T. IPOCYSSARA, P.F. CORUMBIARA", localizado em Ministro Andreazza/Rondônia,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PEDRO AUGUSTO FIGUEREDO</w:t>
        <w:br/>
        <w:t xml:space="preserve">    CPF:            638.990.602-10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PEDRO AUGUSTO FIGUEREDO</w:t>
      </w:r>
    </w:p>
    <w:p>
      <w:r>
        <w:t>CPF: 638.990.602-10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