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PEREIRA DAS NEVES, brasileiro, inscrito no CPF sob o nº 294.099.692-04, residente e domiciliado em Ministro Andreazza/Rondônia, vem, respeitosamente, à presença de Vossas Senhorias, solicitar a ANÁLISE E APROVAÇÃO do Cadastro Ambiental Rural — CAR referente ao imóvel rural denominado "LOTE 56, GLEBA 03, SETOR IPOCYSSARA, PROJETO FUNDIÁRIO CORUMBIARA, Ministro Andreazza, Rondônia", com área de 25.9286 hectares, localizado no município de Ministro Andreazza/Rondônia, inscrito sob o nº Não informado, CCIR nº 10400566424, NIRF/ITR nº 39794520,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