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PEDRO AUGUSTO FIGUEREDO, inscrito no CPF sob o nº 638.990.602-10, proprietário do imóvel rural denominado "LOTE 56, GLEBA 03, S.T. IPOCYSSARA, P.F. CORUMBIARA", localizado em Ministro Andreazza/Rondônia, requer o CANCELAMENTO do CAR nº Não informado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PEDRO AUGUSTO FIGUEREDO</w:t>
      </w:r>
    </w:p>
    <w:p>
      <w:r>
        <w:t>CPF: 638.990.602-10</w:t>
      </w:r>
    </w:p>
    <w:p>
      <w:r>
        <w:t>Domicílio: Ministro Andreazza/Rondônia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