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PEREIRA DAS NEVES, inscrito no CPF sob o nº 294.099.692-04, titular do imóvel rural "LOTE 56, GLEBA 03, SETOR IPOCYSSARA, PROJETO FUNDIÁRIO CORUMBIARA, Ministro Andreazza, Rondônia", cadastrado no SICAR/CAR sob o nº Não informado,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