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PEDRO AUGUSTO FIGUEREDO, inscrito no CPF sob o nº 638.990.602-10, titular do imóvel rural "LOTE 56, GLEBA 03, S.T. IPOCYSSARA, P.F. CORUMBIARA", cadastrado no SICAR/CAR sob o nº Não informado,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PEDRO AUGUSTO FIGUEREDO</w:t>
      </w:r>
    </w:p>
    <w:p>
      <w:r>
        <w:t>CPF: 638.990.602-10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