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LUIZ PEREIRA DAS NEVES, inscrito no CPF sob o nº 294.099.692-04, proprietário do imóvel rural denominado "LOTE 56, GLEBA 03, SETOR IPOCYSSARA, PROJETO FUNDIÁRIO CORUMBIARA, Ministro Andreazza, Rondônia", com área de 24.6335 hectares, localizado no município de Ministro Andreazza/RO, inscrito no CAR sob o nº Não informado,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