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PARA ANÁLISE / APROVAÇÃO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, brasileiro(a), inscrito(a) no CPF sob o nº , residente e domiciliado(a) em Cacoal/Rondônia, vem, respeitosamente, à presença de Vossas Senhorias, solicitar a ANÁLISE E APROVAÇÃO do Cadastro Ambiental Rural — CAR referente ao imóvel rural denominado "LOTE 18 GLEBA 14 P.I.C. IPOCYSSARA - Sivaldo" localizado no município de Cacoal/Rondônia nos termos do art. 29 da Lei Federal nº 12.651/2012 (Código Florestal) e da Portaria SEDAM nº 305, de 28 de agosto de 2018.</w:t>
      </w:r>
    </w:p>
    <w:p/>
    <w:p>
      <w:pPr>
        <w:jc w:val="both"/>
      </w:pPr>
      <w:r>
        <w:rPr>
          <w:sz w:val="22"/>
        </w:rPr>
        <w:t>Para tanto, anexa os seguintes documentos:</w:t>
        <w:br/>
        <w:t>I — Cópia do documento de identidade e CPF do requerente;</w:t>
        <w:br/>
        <w:t>II — Cópia do Certificado de Cadastro de Imóvel Rural — CCIR;</w:t>
        <w:br/>
        <w:t>III — Cópia do ITR / NIRF;</w:t>
        <w:br/>
        <w:t>IV — Comprovante de inscrição no SICAR;</w:t>
        <w:br/>
        <w:t>V — Demais documentos exigidos pela COMRAR.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