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04-05-07 GLEBA 04 - Sergio,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