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03B GLEBA 16 ESPIGÃO D'OESTE - Silvio",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