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03B GLEBA 16 ESPIGÃO D'OESTE - Silvio", localizado no município de Espigão D'Oeste/Rondônia,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