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03B GLEBA 16 ESPIGÃO D'OESTE - Silvio, Município de Espigão D'Oeste/Rondônia, de propriedade/posse do(s) OUTORGANTE(S).</w:t>
      </w:r>
    </w:p>
    <w:p/>
    <w:p>
      <w:pPr>
        <w:jc w:val="right"/>
      </w:pPr>
      <w:r>
        <w:t>Espigão D'Oeste/RO,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