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10-12-14 GLEBA 05 P.I.C. IPOCYSSARA - Helio Margoto,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