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JOSE ADÃO,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34-A GLEBA 09 - Lt48Agl10 Jose Adao,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JOSE ADÃO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