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34-A, GLEBA 09, CASTRO ALVES, SETOR IPOCYSSARA, PROJETO FUNDIÁRIO CORUMBIARA, Município de Cacoal/RO, código INCRA/SNCR nº 001.040.066.354-3, CAR nº RO-1100049-762E.2697.3161.4622.8E77.22D5.EC66.53E9,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